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12-Week Home Ski Prep Plan</w:t>
      </w:r>
    </w:p>
    <w:p>
      <w:r>
        <w:rPr>
          <w:i/>
          <w:sz w:val="24"/>
        </w:rPr>
        <w:t>Resistance bands only  ·  5–10 minutes a day  ·  Goal: 3–4 hours of skiing</w:t>
      </w:r>
    </w:p>
    <w:p>
      <w:pPr>
        <w:pStyle w:val="Heading1"/>
      </w:pPr>
      <w:r>
        <w:t>The Goal</w:t>
      </w:r>
    </w:p>
    <w:p>
      <w:r>
        <w:t>Arrive at ski season strong, stable, and ready — training at home with nothing but resistance bands. Strength work takes about seven minutes a day, layered on top of the cardio you already do.</w:t>
      </w:r>
    </w:p>
    <w:p>
      <w:pPr>
        <w:pStyle w:val="Heading1"/>
      </w:pPr>
      <w:r>
        <w:t>How It Works</w:t>
      </w:r>
    </w:p>
    <w:p>
      <w:pPr>
        <w:pStyle w:val="ListBullet"/>
      </w:pPr>
      <w:r>
        <w:t>Daily strength (~7 min): 1-minute warm-up (march in place + 10 leg swings per leg), then 40 seconds work / 20 seconds rest per exercise, 2 rounds.</w:t>
      </w:r>
    </w:p>
    <w:p>
      <w:pPr>
        <w:pStyle w:val="ListBullet"/>
      </w:pPr>
      <w:r>
        <w:t>Cardio: keep your bike rides or walks 2–4 times per week, 20–40 minutes, easy to moderate.</w:t>
      </w:r>
    </w:p>
    <w:p>
      <w:pPr>
        <w:pStyle w:val="ListBullet"/>
      </w:pPr>
      <w:r>
        <w:t>Sunday: rest, or a gentle walk plus mobility.</w:t>
      </w:r>
    </w:p>
    <w:p>
      <w:pPr>
        <w:pStyle w:val="Heading1"/>
      </w:pPr>
      <w:r>
        <w:t>Weekly Template</w:t>
      </w:r>
    </w:p>
    <w:p>
      <w:r>
        <w:t>The same template every week — the exercises level up each month.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Exercises</w:t>
            </w:r>
          </w:p>
        </w:tc>
      </w:tr>
      <w:tr>
        <w:tc>
          <w:tcPr>
            <w:tcW w:type="dxa" w:w="2880"/>
          </w:tcPr>
          <w:p>
            <w:r>
              <w:t>Mon</w:t>
            </w:r>
          </w:p>
        </w:tc>
        <w:tc>
          <w:tcPr>
            <w:tcW w:type="dxa" w:w="2880"/>
          </w:tcPr>
          <w:p>
            <w:r>
              <w:t>Quads</w:t>
            </w:r>
          </w:p>
        </w:tc>
        <w:tc>
          <w:tcPr>
            <w:tcW w:type="dxa" w:w="2880"/>
          </w:tcPr>
          <w:p>
            <w:r>
              <w:t>Banded squats, split squats (each leg)</w:t>
            </w:r>
          </w:p>
        </w:tc>
      </w:tr>
      <w:tr>
        <w:tc>
          <w:tcPr>
            <w:tcW w:type="dxa" w:w="2880"/>
          </w:tcPr>
          <w:p>
            <w:r>
              <w:t>Tue</w:t>
            </w:r>
          </w:p>
        </w:tc>
        <w:tc>
          <w:tcPr>
            <w:tcW w:type="dxa" w:w="2880"/>
          </w:tcPr>
          <w:p>
            <w:r>
              <w:t>Glutes + balance</w:t>
            </w:r>
          </w:p>
        </w:tc>
        <w:tc>
          <w:tcPr>
            <w:tcW w:type="dxa" w:w="2880"/>
          </w:tcPr>
          <w:p>
            <w:r>
              <w:t>Banded glute bridges, single-leg balance</w:t>
            </w:r>
          </w:p>
        </w:tc>
      </w:tr>
      <w:tr>
        <w:tc>
          <w:tcPr>
            <w:tcW w:type="dxa" w:w="2880"/>
          </w:tcPr>
          <w:p>
            <w:r>
              <w:t>Wed</w:t>
            </w:r>
          </w:p>
        </w:tc>
        <w:tc>
          <w:tcPr>
            <w:tcW w:type="dxa" w:w="2880"/>
          </w:tcPr>
          <w:p>
            <w:r>
              <w:t>Lateral / ski-specific</w:t>
            </w:r>
          </w:p>
        </w:tc>
        <w:tc>
          <w:tcPr>
            <w:tcW w:type="dxa" w:w="2880"/>
          </w:tcPr>
          <w:p>
            <w:r>
              <w:t>Banded lateral walks, lateral step touches</w:t>
            </w:r>
          </w:p>
        </w:tc>
      </w:tr>
      <w:tr>
        <w:tc>
          <w:tcPr>
            <w:tcW w:type="dxa" w:w="2880"/>
          </w:tcPr>
          <w:p>
            <w:r>
              <w:t>Thu</w:t>
            </w:r>
          </w:p>
        </w:tc>
        <w:tc>
          <w:tcPr>
            <w:tcW w:type="dxa" w:w="2880"/>
          </w:tcPr>
          <w:p>
            <w:r>
              <w:t>Core + mobility (easy day)</w:t>
            </w:r>
          </w:p>
        </w:tc>
        <w:tc>
          <w:tcPr>
            <w:tcW w:type="dxa" w:w="2880"/>
          </w:tcPr>
          <w:p>
            <w:r>
              <w:t>Dead bugs, hip-flexor stretch, ankle rocks</w:t>
            </w:r>
          </w:p>
        </w:tc>
      </w:tr>
      <w:tr>
        <w:tc>
          <w:tcPr>
            <w:tcW w:type="dxa" w:w="2880"/>
          </w:tcPr>
          <w:p>
            <w:r>
              <w:t>Fri</w:t>
            </w:r>
          </w:p>
        </w:tc>
        <w:tc>
          <w:tcPr>
            <w:tcW w:type="dxa" w:w="2880"/>
          </w:tcPr>
          <w:p>
            <w:r>
              <w:t>Hamstrings</w:t>
            </w:r>
          </w:p>
        </w:tc>
        <w:tc>
          <w:tcPr>
            <w:tcW w:type="dxa" w:w="2880"/>
          </w:tcPr>
          <w:p>
            <w:r>
              <w:t>Banded Romanian deadlifts, standing banded hamstring curls</w:t>
            </w:r>
          </w:p>
        </w:tc>
      </w:tr>
      <w:tr>
        <w:tc>
          <w:tcPr>
            <w:tcW w:type="dxa" w:w="2880"/>
          </w:tcPr>
          <w:p>
            <w:r>
              <w:t>Sat</w:t>
            </w:r>
          </w:p>
        </w:tc>
        <w:tc>
          <w:tcPr>
            <w:tcW w:type="dxa" w:w="2880"/>
          </w:tcPr>
          <w:p>
            <w:r>
              <w:t>Endurance</w:t>
            </w:r>
          </w:p>
        </w:tc>
        <w:tc>
          <w:tcPr>
            <w:tcW w:type="dxa" w:w="2880"/>
          </w:tcPr>
          <w:p>
            <w:r>
              <w:t>Wall sits, banded squat holds</w:t>
            </w:r>
          </w:p>
        </w:tc>
      </w:tr>
      <w:tr>
        <w:tc>
          <w:tcPr>
            <w:tcW w:type="dxa" w:w="2880"/>
          </w:tcPr>
          <w:p>
            <w:r>
              <w:t>Sun</w:t>
            </w:r>
          </w:p>
        </w:tc>
        <w:tc>
          <w:tcPr>
            <w:tcW w:type="dxa" w:w="2880"/>
          </w:tcPr>
          <w:p>
            <w:r>
              <w:t>Rest</w:t>
            </w:r>
          </w:p>
        </w:tc>
        <w:tc>
          <w:tcPr>
            <w:tcW w:type="dxa" w:w="2880"/>
          </w:tcPr>
          <w:p>
            <w:r>
              <w:t>Rest or gentle walk + mobility</w:t>
            </w:r>
          </w:p>
        </w:tc>
      </w:tr>
    </w:tbl>
    <w:p>
      <w:pPr>
        <w:pStyle w:val="Heading1"/>
      </w:pPr>
      <w:r>
        <w:t>The Three Phases</w:t>
      </w:r>
    </w:p>
    <w:p>
      <w:pPr>
        <w:pStyle w:val="Heading2"/>
      </w:pPr>
      <w:r>
        <w:t>Phase 1 — Foundation (Weeks 1–4)</w:t>
      </w:r>
    </w:p>
    <w:p>
      <w:pPr>
        <w:pStyle w:val="ListBullet"/>
      </w:pPr>
      <w:r>
        <w:t>Light band. Form first: knees track over toes — don't let them cave inward.</w:t>
      </w:r>
    </w:p>
    <w:p>
      <w:pPr>
        <w:pStyle w:val="ListBullet"/>
      </w:pPr>
      <w:r>
        <w:t>Wall sits: 2 × 20–30 seconds.</w:t>
      </w:r>
    </w:p>
    <w:p>
      <w:pPr>
        <w:pStyle w:val="ListBullet"/>
      </w:pPr>
      <w:r>
        <w:t>Single-leg balance: 20 seconds per leg, near a wall for safety.</w:t>
      </w:r>
    </w:p>
    <w:p>
      <w:pPr>
        <w:pStyle w:val="ListBullet"/>
      </w:pPr>
      <w:r>
        <w:t>Split squats: a shallow range is fine to start.</w:t>
      </w:r>
    </w:p>
    <w:p>
      <w:pPr>
        <w:pStyle w:val="Heading2"/>
      </w:pPr>
      <w:r>
        <w:t>Phase 2 — Build (Weeks 5–8)</w:t>
      </w:r>
    </w:p>
    <w:p>
      <w:pPr>
        <w:pStyle w:val="ListBullet"/>
      </w:pPr>
      <w:r>
        <w:t>Medium band (or double up the light one).</w:t>
      </w:r>
    </w:p>
    <w:p>
      <w:pPr>
        <w:pStyle w:val="ListBullet"/>
      </w:pPr>
      <w:r>
        <w:t>Add slow 3-second lowerings on squats and split squats.</w:t>
      </w:r>
    </w:p>
    <w:p>
      <w:pPr>
        <w:pStyle w:val="ListBullet"/>
      </w:pPr>
      <w:r>
        <w:t>Wall sits: 2 × 35–45 seconds.</w:t>
      </w:r>
    </w:p>
    <w:p>
      <w:pPr>
        <w:pStyle w:val="ListBullet"/>
      </w:pPr>
      <w:r>
        <w:t>Balance: 30 seconds per leg — try 10 seconds with eyes closed, near a wall.</w:t>
      </w:r>
    </w:p>
    <w:p>
      <w:pPr>
        <w:pStyle w:val="ListBullet"/>
      </w:pPr>
      <w:r>
        <w:t>Add low lateral step-ups (bottom stair) on Wednesdays.</w:t>
      </w:r>
    </w:p>
    <w:p>
      <w:pPr>
        <w:pStyle w:val="Heading2"/>
      </w:pPr>
      <w:r>
        <w:t>Phase 3 — Peak (Weeks 9–12)</w:t>
      </w:r>
    </w:p>
    <w:p>
      <w:pPr>
        <w:pStyle w:val="ListBullet"/>
      </w:pPr>
      <w:r>
        <w:t>Strongest band. Wall sits: 2–3 × 45–60+ seconds.</w:t>
      </w:r>
    </w:p>
    <w:p>
      <w:pPr>
        <w:pStyle w:val="ListBullet"/>
      </w:pPr>
      <w:r>
        <w:t>Small lateral bounds on Wednesdays — soft landings; skip if anything feels off.</w:t>
      </w:r>
    </w:p>
    <w:p>
      <w:pPr>
        <w:pStyle w:val="ListBullet"/>
      </w:pPr>
      <w:r>
        <w:t>Final week (week 12) = taper: halve everything to one round, stay loose, arrive fresh.</w:t>
      </w:r>
    </w:p>
    <w:p>
      <w:pPr>
        <w:pStyle w:val="Heading1"/>
      </w:pPr>
      <w:r>
        <w:t>12-Week Overview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Weeks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changes</w:t>
            </w:r>
          </w:p>
        </w:tc>
      </w:tr>
      <w:tr>
        <w:tc>
          <w:tcPr>
            <w:tcW w:type="dxa" w:w="2880"/>
          </w:tcPr>
          <w:p>
            <w:r>
              <w:t>1–4</w:t>
            </w:r>
          </w:p>
        </w:tc>
        <w:tc>
          <w:tcPr>
            <w:tcW w:type="dxa" w:w="2880"/>
          </w:tcPr>
          <w:p>
            <w:r>
              <w:t>Foundation</w:t>
            </w:r>
          </w:p>
        </w:tc>
        <w:tc>
          <w:tcPr>
            <w:tcW w:type="dxa" w:w="2880"/>
          </w:tcPr>
          <w:p>
            <w:r>
              <w:t>Learn the movements, light band, perfect form</w:t>
            </w:r>
          </w:p>
        </w:tc>
      </w:tr>
      <w:tr>
        <w:tc>
          <w:tcPr>
            <w:tcW w:type="dxa" w:w="2880"/>
          </w:tcPr>
          <w:p>
            <w:r>
              <w:t>5–8</w:t>
            </w:r>
          </w:p>
        </w:tc>
        <w:tc>
          <w:tcPr>
            <w:tcW w:type="dxa" w:w="2880"/>
          </w:tcPr>
          <w:p>
            <w:r>
              <w:t>Build</w:t>
            </w:r>
          </w:p>
        </w:tc>
        <w:tc>
          <w:tcPr>
            <w:tcW w:type="dxa" w:w="2880"/>
          </w:tcPr>
          <w:p>
            <w:r>
              <w:t>More resistance, slower tempo, longer holds, step-ups</w:t>
            </w:r>
          </w:p>
        </w:tc>
      </w:tr>
      <w:tr>
        <w:tc>
          <w:tcPr>
            <w:tcW w:type="dxa" w:w="2880"/>
          </w:tcPr>
          <w:p>
            <w:r>
              <w:t>9–11</w:t>
            </w:r>
          </w:p>
        </w:tc>
        <w:tc>
          <w:tcPr>
            <w:tcW w:type="dxa" w:w="2880"/>
          </w:tcPr>
          <w:p>
            <w:r>
              <w:t>Peak</w:t>
            </w:r>
          </w:p>
        </w:tc>
        <w:tc>
          <w:tcPr>
            <w:tcW w:type="dxa" w:w="2880"/>
          </w:tcPr>
          <w:p>
            <w:r>
              <w:t>Strongest band, longest holds, small lateral bounds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Taper</w:t>
            </w:r>
          </w:p>
        </w:tc>
        <w:tc>
          <w:tcPr>
            <w:tcW w:type="dxa" w:w="2880"/>
          </w:tcPr>
          <w:p>
            <w:r>
              <w:t>Half volume — arrive fresh, not fried</w:t>
            </w:r>
          </w:p>
        </w:tc>
      </w:tr>
    </w:tbl>
    <w:p>
      <w:pPr>
        <w:pStyle w:val="Heading1"/>
      </w:pPr>
      <w:r>
        <w:t>Knee Safety</w:t>
      </w:r>
    </w:p>
    <w:p>
      <w:pPr>
        <w:pStyle w:val="ListBullet"/>
      </w:pPr>
      <w:r>
        <w:t>Muscle burn = fine. Sharp pain, swelling, or a feeling of instability = stop that exercise immediately.</w:t>
      </w:r>
    </w:p>
    <w:p>
      <w:pPr>
        <w:pStyle w:val="ListBullet"/>
      </w:pPr>
      <w:r>
        <w:t>Keep left and right even — match reps and time on both sides.</w:t>
      </w:r>
    </w:p>
    <w:p>
      <w:pPr>
        <w:pStyle w:val="ListBullet"/>
      </w:pPr>
      <w:r>
        <w:t>If a knee swells after a session: ice 15 minutes (with a towel barrier, never directly on skin) and drop back to Phase 1 movements for a few days.</w:t>
      </w:r>
    </w:p>
    <w:p>
      <w:pPr>
        <w:pStyle w:val="ListBullet"/>
      </w:pPr>
      <w:r>
        <w:t>This is general fitness preparation, not medical advice. If you have a knee or joint history, get cleared by your doctor or physio before starting.</w:t>
      </w:r>
    </w:p>
    <w:p>
      <w:pPr>
        <w:pStyle w:val="Heading1"/>
      </w:pPr>
      <w:r>
        <w:t>Form Video Library</w:t>
      </w:r>
    </w:p>
    <w:p>
      <w:r>
        <w:t>Tap any exercise to watch a short form demonstration. If a link ever breaks, search the exercise name on YouTube.</w:t>
      </w:r>
    </w:p>
    <w:p>
      <w:pPr>
        <w:pStyle w:val="ListNumber"/>
      </w:pPr>
      <w:r>
        <w:rPr>
          <w:b/>
        </w:rPr>
        <w:t xml:space="preserve">Banded squat: </w:t>
      </w:r>
      <w:hyperlink r:id="rId9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Split squat: </w:t>
      </w:r>
      <w:hyperlink r:id="rId10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Banded glute bridge: </w:t>
      </w:r>
      <w:hyperlink r:id="rId11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Single-leg balance: </w:t>
      </w:r>
      <w:hyperlink r:id="rId12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Banded lateral walk: </w:t>
      </w:r>
      <w:hyperlink r:id="rId13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Lateral step touch: </w:t>
      </w:r>
      <w:hyperlink r:id="rId14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Dead bug: </w:t>
      </w:r>
      <w:hyperlink r:id="rId15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Half-kneeling hip-flexor stretch: </w:t>
      </w:r>
      <w:hyperlink r:id="rId16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Knee-to-wall ankle rocks: </w:t>
      </w:r>
      <w:hyperlink r:id="rId17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Banded Romanian deadlift: </w:t>
      </w:r>
      <w:hyperlink r:id="rId18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Standing hamstring curl: </w:t>
      </w:r>
      <w:hyperlink r:id="rId19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Wall sit: </w:t>
      </w:r>
      <w:hyperlink r:id="rId20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Banded squat hold: </w:t>
      </w:r>
      <w:hyperlink r:id="rId21">
        <w:r>
          <w:rPr>
            <w:color w:val="0563C1"/>
            <w:u w:val="single"/>
          </w:rPr>
          <w:t>Watch demo</w:t>
        </w:r>
      </w:hyperlink>
    </w:p>
    <w:p>
      <w:pPr>
        <w:pStyle w:val="ListNumber"/>
      </w:pPr>
      <w:r>
        <w:rPr>
          <w:b/>
        </w:rPr>
        <w:t xml:space="preserve">Low lateral step-up: </w:t>
      </w:r>
      <w:hyperlink r:id="rId22">
        <w:r>
          <w:rPr>
            <w:color w:val="0563C1"/>
            <w:u w:val="single"/>
          </w:rPr>
          <w:t>Watch demo</w:t>
        </w:r>
      </w:hyperlink>
      <w:r>
        <w:rPr>
          <w:sz w:val="20"/>
        </w:rPr>
        <w:t xml:space="preserve">  (from week 5 — use a LOW step/stair)</w:t>
      </w:r>
    </w:p>
    <w:p>
      <w:pPr>
        <w:pStyle w:val="ListNumber"/>
      </w:pPr>
      <w:r>
        <w:rPr>
          <w:b/>
        </w:rPr>
        <w:t xml:space="preserve">Skater hops / lateral bounds: </w:t>
      </w:r>
      <w:hyperlink r:id="rId23">
        <w:r>
          <w:rPr>
            <w:color w:val="0563C1"/>
            <w:u w:val="single"/>
          </w:rPr>
          <w:t>Watch demo</w:t>
        </w:r>
      </w:hyperlink>
      <w:r>
        <w:rPr>
          <w:sz w:val="20"/>
        </w:rPr>
        <w:t xml:space="preserve">  (from week 9 — small version, soft landings)</w:t>
      </w:r>
    </w:p>
    <w:p/>
    <w:p>
      <w:r>
        <w:rPr>
          <w:b/>
        </w:rPr>
        <w:t xml:space="preserve">Consistency beats intensity. </w:t>
      </w:r>
      <w:r>
        <w:t>Seven minutes a day, every day, will take you further than one heroic workout a week.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youtube.com/watch?v=_N4zzMDGE64" TargetMode="External"/><Relationship Id="rId10" Type="http://schemas.openxmlformats.org/officeDocument/2006/relationships/hyperlink" Target="https://www.youtube.com/watch?v=W-BgV2Qvj2Y" TargetMode="External"/><Relationship Id="rId11" Type="http://schemas.openxmlformats.org/officeDocument/2006/relationships/hyperlink" Target="https://www.youtube.com/watch?v=xrS2naqqB1E" TargetMode="External"/><Relationship Id="rId12" Type="http://schemas.openxmlformats.org/officeDocument/2006/relationships/hyperlink" Target="https://www.youtube.com/watch?v=T6Dc8ewTJ9A" TargetMode="External"/><Relationship Id="rId13" Type="http://schemas.openxmlformats.org/officeDocument/2006/relationships/hyperlink" Target="https://www.youtube.com/watch?v=rPTkrAJ6Fh4" TargetMode="External"/><Relationship Id="rId14" Type="http://schemas.openxmlformats.org/officeDocument/2006/relationships/hyperlink" Target="https://www.youtube.com/watch?v=5m3oCKHTwPU" TargetMode="External"/><Relationship Id="rId15" Type="http://schemas.openxmlformats.org/officeDocument/2006/relationships/hyperlink" Target="https://www.youtube.com/watch?v=xtTIb6dC-vI" TargetMode="External"/><Relationship Id="rId16" Type="http://schemas.openxmlformats.org/officeDocument/2006/relationships/hyperlink" Target="https://www.youtube.com/watch?v=F55tzqJggAY" TargetMode="External"/><Relationship Id="rId17" Type="http://schemas.openxmlformats.org/officeDocument/2006/relationships/hyperlink" Target="https://www.youtube.com/watch?v=FheZNCuuLCA" TargetMode="External"/><Relationship Id="rId18" Type="http://schemas.openxmlformats.org/officeDocument/2006/relationships/hyperlink" Target="https://www.youtube.com/watch?v=QNCr_A-OSXg" TargetMode="External"/><Relationship Id="rId19" Type="http://schemas.openxmlformats.org/officeDocument/2006/relationships/hyperlink" Target="https://www.youtube.com/watch?v=E_IYh3KbbnA" TargetMode="External"/><Relationship Id="rId20" Type="http://schemas.openxmlformats.org/officeDocument/2006/relationships/hyperlink" Target="https://www.youtube.com/watch?v=792VD_6vrFg" TargetMode="External"/><Relationship Id="rId21" Type="http://schemas.openxmlformats.org/officeDocument/2006/relationships/hyperlink" Target="https://www.youtube.com/watch?v=40ldX5T2R9E" TargetMode="External"/><Relationship Id="rId22" Type="http://schemas.openxmlformats.org/officeDocument/2006/relationships/hyperlink" Target="https://www.youtube.com/watch?v=BauxalC-ksI" TargetMode="External"/><Relationship Id="rId23" Type="http://schemas.openxmlformats.org/officeDocument/2006/relationships/hyperlink" Target="https://www.youtube.com/watch?v=BOiglYcrP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12-Week Home Ski Prep Plan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